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53BFFD" w14:textId="77777777" w:rsidR="00A95155" w:rsidRPr="004C5A62" w:rsidRDefault="00683C8D">
      <w:pPr>
        <w:jc w:val="center"/>
        <w:rPr>
          <w:rFonts w:ascii="Bookman Old Style" w:hAnsi="Bookman Old Style"/>
          <w:sz w:val="28"/>
          <w:szCs w:val="28"/>
          <w:lang w:val="it-IT"/>
        </w:rPr>
      </w:pPr>
      <w:bookmarkStart w:id="0" w:name="_GoBack"/>
      <w:bookmarkEnd w:id="0"/>
      <w:r w:rsidRPr="004C5A62">
        <w:rPr>
          <w:rFonts w:ascii="Bookman Old Style" w:hAnsi="Bookman Old Style"/>
          <w:b/>
          <w:sz w:val="28"/>
          <w:szCs w:val="28"/>
          <w:lang w:val="it-IT"/>
        </w:rPr>
        <w:t>MODELLO DI PRIMA SEGNALAZIONE DANNI</w:t>
      </w:r>
      <w:r w:rsidRPr="004C5A62">
        <w:rPr>
          <w:rFonts w:ascii="Bookman Old Style" w:hAnsi="Bookman Old Style"/>
          <w:b/>
          <w:sz w:val="28"/>
          <w:szCs w:val="28"/>
          <w:lang w:val="it-IT"/>
        </w:rPr>
        <w:br/>
        <w:t>EVENTO DEL 28 AGOSTO 2026</w:t>
      </w:r>
    </w:p>
    <w:p w14:paraId="18F9221B" w14:textId="77777777" w:rsidR="00A95155" w:rsidRPr="004C5A62" w:rsidRDefault="00683C8D" w:rsidP="004C5A62">
      <w:pPr>
        <w:spacing w:after="0" w:line="360" w:lineRule="auto"/>
        <w:jc w:val="center"/>
        <w:rPr>
          <w:rFonts w:ascii="Bookman Old Style" w:hAnsi="Bookman Old Style"/>
          <w:sz w:val="18"/>
          <w:szCs w:val="18"/>
          <w:u w:val="single"/>
          <w:lang w:val="it-IT"/>
        </w:rPr>
      </w:pPr>
      <w:r w:rsidRPr="004C5A62">
        <w:rPr>
          <w:rFonts w:ascii="Bookman Old Style" w:hAnsi="Bookman Old Style"/>
          <w:sz w:val="18"/>
          <w:szCs w:val="18"/>
          <w:u w:val="single"/>
          <w:lang w:val="it-IT"/>
        </w:rPr>
        <w:t>AVVERTENZA: il presente modello ha esclusiva finalità ricognitiva e non costituisce domanda di contributo, risarcimento o indennizzo.</w:t>
      </w:r>
    </w:p>
    <w:p w14:paraId="289E2D71" w14:textId="77777777" w:rsidR="00A95155" w:rsidRPr="004C5A62" w:rsidRDefault="00683C8D" w:rsidP="004C5A62">
      <w:pPr>
        <w:spacing w:after="0" w:line="360" w:lineRule="auto"/>
        <w:rPr>
          <w:rFonts w:ascii="Bookman Old Style" w:hAnsi="Bookman Old Style"/>
          <w:sz w:val="22"/>
          <w:lang w:val="it-IT"/>
        </w:rPr>
      </w:pPr>
      <w:r w:rsidRPr="004C5A62">
        <w:rPr>
          <w:rFonts w:ascii="Bookman Old Style" w:hAnsi="Bookman Old Style"/>
          <w:b/>
          <w:sz w:val="22"/>
          <w:lang w:val="it-IT"/>
        </w:rPr>
        <w:t>DATI DEL SEGNALANTE</w:t>
      </w:r>
    </w:p>
    <w:p w14:paraId="57421467" w14:textId="77777777" w:rsidR="00A95155" w:rsidRPr="004C5A62" w:rsidRDefault="00683C8D" w:rsidP="004C5A62">
      <w:pPr>
        <w:spacing w:after="0" w:line="360" w:lineRule="auto"/>
        <w:jc w:val="both"/>
        <w:rPr>
          <w:rFonts w:ascii="Bookman Old Style" w:hAnsi="Bookman Old Style"/>
          <w:sz w:val="22"/>
          <w:lang w:val="it-IT"/>
        </w:rPr>
      </w:pPr>
      <w:r w:rsidRPr="004C5A62">
        <w:rPr>
          <w:rFonts w:ascii="Bookman Old Style" w:hAnsi="Bookman Old Style"/>
          <w:sz w:val="22"/>
          <w:lang w:val="it-IT"/>
        </w:rPr>
        <w:t>Nome e cognome / Denominazione: __________________________________________</w:t>
      </w:r>
      <w:r w:rsidRPr="004C5A62">
        <w:rPr>
          <w:rFonts w:ascii="Bookman Old Style" w:hAnsi="Bookman Old Style"/>
          <w:sz w:val="22"/>
          <w:lang w:val="it-IT"/>
        </w:rPr>
        <w:br/>
        <w:t>Codice fiscale / P. IVA: __________________________________________________</w:t>
      </w:r>
      <w:r w:rsidRPr="004C5A62">
        <w:rPr>
          <w:rFonts w:ascii="Bookman Old Style" w:hAnsi="Bookman Old Style"/>
          <w:sz w:val="22"/>
          <w:lang w:val="it-IT"/>
        </w:rPr>
        <w:br/>
        <w:t>Telefono: _____________________ E-mail/PEC: ________________________________</w:t>
      </w:r>
    </w:p>
    <w:p w14:paraId="1D1590C8" w14:textId="77777777" w:rsidR="00A95155" w:rsidRPr="004C5A62" w:rsidRDefault="00683C8D" w:rsidP="004C5A62">
      <w:pPr>
        <w:spacing w:after="0" w:line="360" w:lineRule="auto"/>
        <w:jc w:val="both"/>
        <w:rPr>
          <w:rFonts w:ascii="Bookman Old Style" w:hAnsi="Bookman Old Style"/>
          <w:sz w:val="22"/>
          <w:lang w:val="it-IT"/>
        </w:rPr>
      </w:pPr>
      <w:r w:rsidRPr="004C5A62">
        <w:rPr>
          <w:rFonts w:ascii="Bookman Old Style" w:hAnsi="Bookman Old Style"/>
          <w:b/>
          <w:sz w:val="22"/>
          <w:lang w:val="it-IT"/>
        </w:rPr>
        <w:t>TIPOLOGIA</w:t>
      </w:r>
    </w:p>
    <w:p w14:paraId="5F600892" w14:textId="77777777" w:rsidR="00A95155" w:rsidRPr="004C5A62" w:rsidRDefault="00683C8D" w:rsidP="004C5A62">
      <w:pPr>
        <w:spacing w:after="0" w:line="360" w:lineRule="auto"/>
        <w:jc w:val="both"/>
        <w:rPr>
          <w:rFonts w:ascii="Bookman Old Style" w:hAnsi="Bookman Old Style"/>
          <w:sz w:val="22"/>
          <w:lang w:val="it-IT"/>
        </w:rPr>
      </w:pPr>
      <w:r w:rsidRPr="004C5A62">
        <w:rPr>
          <w:rFonts w:ascii="Segoe UI Symbol" w:hAnsi="Segoe UI Symbol" w:cs="Segoe UI Symbol"/>
          <w:sz w:val="22"/>
          <w:lang w:val="it-IT"/>
        </w:rPr>
        <w:t>☐</w:t>
      </w:r>
      <w:r w:rsidRPr="004C5A62">
        <w:rPr>
          <w:rFonts w:ascii="Bookman Old Style" w:hAnsi="Bookman Old Style"/>
          <w:sz w:val="22"/>
          <w:lang w:val="it-IT"/>
        </w:rPr>
        <w:t xml:space="preserve"> Privato cittadino    </w:t>
      </w:r>
      <w:r w:rsidRPr="004C5A62">
        <w:rPr>
          <w:rFonts w:ascii="Segoe UI Symbol" w:hAnsi="Segoe UI Symbol" w:cs="Segoe UI Symbol"/>
          <w:sz w:val="22"/>
          <w:lang w:val="it-IT"/>
        </w:rPr>
        <w:t>☐</w:t>
      </w:r>
      <w:r w:rsidRPr="004C5A62">
        <w:rPr>
          <w:rFonts w:ascii="Bookman Old Style" w:hAnsi="Bookman Old Style"/>
          <w:sz w:val="22"/>
          <w:lang w:val="it-IT"/>
        </w:rPr>
        <w:t xml:space="preserve"> Attivit</w:t>
      </w:r>
      <w:r w:rsidRPr="004C5A62">
        <w:rPr>
          <w:rFonts w:ascii="Bookman Old Style" w:hAnsi="Bookman Old Style" w:cs="Bookman Old Style"/>
          <w:sz w:val="22"/>
          <w:lang w:val="it-IT"/>
        </w:rPr>
        <w:t>à</w:t>
      </w:r>
      <w:r w:rsidRPr="004C5A62">
        <w:rPr>
          <w:rFonts w:ascii="Bookman Old Style" w:hAnsi="Bookman Old Style"/>
          <w:sz w:val="22"/>
          <w:lang w:val="it-IT"/>
        </w:rPr>
        <w:t xml:space="preserve"> economica/produttiva    </w:t>
      </w:r>
      <w:r w:rsidRPr="004C5A62">
        <w:rPr>
          <w:rFonts w:ascii="Segoe UI Symbol" w:hAnsi="Segoe UI Symbol" w:cs="Segoe UI Symbol"/>
          <w:sz w:val="22"/>
          <w:lang w:val="it-IT"/>
        </w:rPr>
        <w:t>☐</w:t>
      </w:r>
      <w:r w:rsidRPr="004C5A62">
        <w:rPr>
          <w:rFonts w:ascii="Bookman Old Style" w:hAnsi="Bookman Old Style"/>
          <w:sz w:val="22"/>
          <w:lang w:val="it-IT"/>
        </w:rPr>
        <w:t xml:space="preserve"> Altro __________</w:t>
      </w:r>
    </w:p>
    <w:p w14:paraId="0235A08F" w14:textId="77777777" w:rsidR="00A95155" w:rsidRPr="004C5A62" w:rsidRDefault="00683C8D" w:rsidP="004C5A62">
      <w:pPr>
        <w:spacing w:after="0" w:line="360" w:lineRule="auto"/>
        <w:jc w:val="both"/>
        <w:rPr>
          <w:rFonts w:ascii="Bookman Old Style" w:hAnsi="Bookman Old Style"/>
          <w:sz w:val="22"/>
          <w:lang w:val="it-IT"/>
        </w:rPr>
      </w:pPr>
      <w:r w:rsidRPr="004C5A62">
        <w:rPr>
          <w:rFonts w:ascii="Bookman Old Style" w:hAnsi="Bookman Old Style"/>
          <w:b/>
          <w:sz w:val="22"/>
          <w:lang w:val="it-IT"/>
        </w:rPr>
        <w:t>BENE DANNEGGIATO</w:t>
      </w:r>
    </w:p>
    <w:p w14:paraId="5E5D476B" w14:textId="77777777" w:rsidR="00A95155" w:rsidRPr="004C5A62" w:rsidRDefault="00683C8D" w:rsidP="004C5A62">
      <w:pPr>
        <w:spacing w:after="0" w:line="360" w:lineRule="auto"/>
        <w:jc w:val="both"/>
        <w:rPr>
          <w:rFonts w:ascii="Bookman Old Style" w:hAnsi="Bookman Old Style"/>
          <w:sz w:val="22"/>
          <w:lang w:val="it-IT"/>
        </w:rPr>
      </w:pPr>
      <w:r w:rsidRPr="004C5A62">
        <w:rPr>
          <w:rFonts w:ascii="Bookman Old Style" w:hAnsi="Bookman Old Style"/>
          <w:sz w:val="22"/>
          <w:lang w:val="it-IT"/>
        </w:rPr>
        <w:t>Indirizzo/localizzazione: __________________________________________________</w:t>
      </w:r>
      <w:r w:rsidRPr="004C5A62">
        <w:rPr>
          <w:rFonts w:ascii="Bookman Old Style" w:hAnsi="Bookman Old Style"/>
          <w:sz w:val="22"/>
          <w:lang w:val="it-IT"/>
        </w:rPr>
        <w:br/>
        <w:t xml:space="preserve">Titolo sul bene: </w:t>
      </w:r>
      <w:r w:rsidRPr="004C5A62">
        <w:rPr>
          <w:rFonts w:ascii="Segoe UI Symbol" w:hAnsi="Segoe UI Symbol" w:cs="Segoe UI Symbol"/>
          <w:sz w:val="22"/>
          <w:lang w:val="it-IT"/>
        </w:rPr>
        <w:t>☐</w:t>
      </w:r>
      <w:r w:rsidRPr="004C5A62">
        <w:rPr>
          <w:rFonts w:ascii="Bookman Old Style" w:hAnsi="Bookman Old Style"/>
          <w:sz w:val="22"/>
          <w:lang w:val="it-IT"/>
        </w:rPr>
        <w:t xml:space="preserve"> propriet</w:t>
      </w:r>
      <w:r w:rsidRPr="004C5A62">
        <w:rPr>
          <w:rFonts w:ascii="Bookman Old Style" w:hAnsi="Bookman Old Style" w:cs="Bookman Old Style"/>
          <w:sz w:val="22"/>
          <w:lang w:val="it-IT"/>
        </w:rPr>
        <w:t>à</w:t>
      </w:r>
      <w:r w:rsidRPr="004C5A62">
        <w:rPr>
          <w:rFonts w:ascii="Bookman Old Style" w:hAnsi="Bookman Old Style"/>
          <w:sz w:val="22"/>
          <w:lang w:val="it-IT"/>
        </w:rPr>
        <w:t xml:space="preserve"> </w:t>
      </w:r>
      <w:r w:rsidRPr="004C5A62">
        <w:rPr>
          <w:rFonts w:ascii="Segoe UI Symbol" w:hAnsi="Segoe UI Symbol" w:cs="Segoe UI Symbol"/>
          <w:sz w:val="22"/>
          <w:lang w:val="it-IT"/>
        </w:rPr>
        <w:t>☐</w:t>
      </w:r>
      <w:r w:rsidRPr="004C5A62">
        <w:rPr>
          <w:rFonts w:ascii="Bookman Old Style" w:hAnsi="Bookman Old Style"/>
          <w:sz w:val="22"/>
          <w:lang w:val="it-IT"/>
        </w:rPr>
        <w:t xml:space="preserve"> locazione </w:t>
      </w:r>
      <w:r w:rsidRPr="004C5A62">
        <w:rPr>
          <w:rFonts w:ascii="Segoe UI Symbol" w:hAnsi="Segoe UI Symbol" w:cs="Segoe UI Symbol"/>
          <w:sz w:val="22"/>
          <w:lang w:val="it-IT"/>
        </w:rPr>
        <w:t>☐</w:t>
      </w:r>
      <w:r w:rsidRPr="004C5A62">
        <w:rPr>
          <w:rFonts w:ascii="Bookman Old Style" w:hAnsi="Bookman Old Style"/>
          <w:sz w:val="22"/>
          <w:lang w:val="it-IT"/>
        </w:rPr>
        <w:t xml:space="preserve"> altro __________________________</w:t>
      </w:r>
    </w:p>
    <w:p w14:paraId="3B89B9ED" w14:textId="77777777" w:rsidR="00A95155" w:rsidRPr="004C5A62" w:rsidRDefault="00683C8D" w:rsidP="004C5A62">
      <w:pPr>
        <w:spacing w:after="0" w:line="360" w:lineRule="auto"/>
        <w:jc w:val="both"/>
        <w:rPr>
          <w:rFonts w:ascii="Bookman Old Style" w:hAnsi="Bookman Old Style"/>
          <w:sz w:val="22"/>
          <w:lang w:val="it-IT"/>
        </w:rPr>
      </w:pPr>
      <w:r w:rsidRPr="004C5A62">
        <w:rPr>
          <w:rFonts w:ascii="Bookman Old Style" w:hAnsi="Bookman Old Style"/>
          <w:b/>
          <w:sz w:val="22"/>
          <w:lang w:val="it-IT"/>
        </w:rPr>
        <w:t>DESCRIZIONE DEL DANNO</w:t>
      </w:r>
    </w:p>
    <w:p w14:paraId="2DAE92B7" w14:textId="77777777" w:rsidR="00A95155" w:rsidRPr="004C5A62" w:rsidRDefault="00683C8D" w:rsidP="004C5A62">
      <w:pPr>
        <w:spacing w:after="0" w:line="360" w:lineRule="auto"/>
        <w:jc w:val="both"/>
        <w:rPr>
          <w:rFonts w:ascii="Bookman Old Style" w:hAnsi="Bookman Old Style"/>
          <w:sz w:val="22"/>
          <w:lang w:val="it-IT"/>
        </w:rPr>
      </w:pPr>
      <w:r w:rsidRPr="004C5A62">
        <w:rPr>
          <w:rFonts w:ascii="Bookman Old Style" w:hAnsi="Bookman Old Style"/>
          <w:sz w:val="22"/>
          <w:lang w:val="it-IT"/>
        </w:rPr>
        <w:t>________________________________________________________________________</w:t>
      </w:r>
      <w:r w:rsidRPr="004C5A62">
        <w:rPr>
          <w:rFonts w:ascii="Bookman Old Style" w:hAnsi="Bookman Old Style"/>
          <w:sz w:val="22"/>
          <w:lang w:val="it-IT"/>
        </w:rPr>
        <w:br/>
        <w:t>________________________________________________________________________</w:t>
      </w:r>
      <w:r w:rsidRPr="004C5A62">
        <w:rPr>
          <w:rFonts w:ascii="Bookman Old Style" w:hAnsi="Bookman Old Style"/>
          <w:sz w:val="22"/>
          <w:lang w:val="it-IT"/>
        </w:rPr>
        <w:br/>
        <w:t>________________________________________________________________________</w:t>
      </w:r>
    </w:p>
    <w:p w14:paraId="1D3F3340" w14:textId="77777777" w:rsidR="00A95155" w:rsidRPr="004C5A62" w:rsidRDefault="00683C8D" w:rsidP="004C5A62">
      <w:pPr>
        <w:spacing w:after="0" w:line="360" w:lineRule="auto"/>
        <w:jc w:val="both"/>
        <w:rPr>
          <w:rFonts w:ascii="Bookman Old Style" w:hAnsi="Bookman Old Style"/>
          <w:sz w:val="22"/>
          <w:lang w:val="it-IT"/>
        </w:rPr>
      </w:pPr>
      <w:r w:rsidRPr="004C5A62">
        <w:rPr>
          <w:rFonts w:ascii="Bookman Old Style" w:hAnsi="Bookman Old Style"/>
          <w:b/>
          <w:sz w:val="22"/>
          <w:lang w:val="it-IT"/>
        </w:rPr>
        <w:t>STIMA ECONOMICA</w:t>
      </w:r>
    </w:p>
    <w:p w14:paraId="1C9DDDA4" w14:textId="77777777" w:rsidR="00A95155" w:rsidRPr="004C5A62" w:rsidRDefault="00683C8D" w:rsidP="004C5A62">
      <w:pPr>
        <w:spacing w:after="0" w:line="360" w:lineRule="auto"/>
        <w:rPr>
          <w:rFonts w:ascii="Bookman Old Style" w:hAnsi="Bookman Old Style"/>
          <w:sz w:val="22"/>
          <w:lang w:val="it-IT"/>
        </w:rPr>
      </w:pPr>
      <w:r w:rsidRPr="004C5A62">
        <w:rPr>
          <w:rFonts w:ascii="Bookman Old Style" w:hAnsi="Bookman Old Style"/>
          <w:sz w:val="22"/>
          <w:lang w:val="it-IT"/>
        </w:rPr>
        <w:t>Stima sommaria del danno: € __________________</w:t>
      </w:r>
      <w:r w:rsidRPr="004C5A62">
        <w:rPr>
          <w:rFonts w:ascii="Bookman Old Style" w:hAnsi="Bookman Old Style"/>
          <w:sz w:val="22"/>
          <w:lang w:val="it-IT"/>
        </w:rPr>
        <w:br/>
      </w:r>
      <w:r w:rsidRPr="004C5A62">
        <w:rPr>
          <w:rFonts w:ascii="Segoe UI Symbol" w:hAnsi="Segoe UI Symbol" w:cs="Segoe UI Symbol"/>
          <w:sz w:val="22"/>
          <w:lang w:val="it-IT"/>
        </w:rPr>
        <w:t>☐</w:t>
      </w:r>
      <w:r w:rsidRPr="004C5A62">
        <w:rPr>
          <w:rFonts w:ascii="Bookman Old Style" w:hAnsi="Bookman Old Style"/>
          <w:sz w:val="22"/>
          <w:lang w:val="it-IT"/>
        </w:rPr>
        <w:t xml:space="preserve"> preventivo allegato  </w:t>
      </w:r>
      <w:r w:rsidRPr="004C5A62">
        <w:rPr>
          <w:rFonts w:ascii="Segoe UI Symbol" w:hAnsi="Segoe UI Symbol" w:cs="Segoe UI Symbol"/>
          <w:sz w:val="22"/>
          <w:lang w:val="it-IT"/>
        </w:rPr>
        <w:t>☐</w:t>
      </w:r>
      <w:r w:rsidRPr="004C5A62">
        <w:rPr>
          <w:rFonts w:ascii="Bookman Old Style" w:hAnsi="Bookman Old Style"/>
          <w:sz w:val="22"/>
          <w:lang w:val="it-IT"/>
        </w:rPr>
        <w:t xml:space="preserve"> stima del segnalante  </w:t>
      </w:r>
      <w:r w:rsidRPr="004C5A62">
        <w:rPr>
          <w:rFonts w:ascii="Segoe UI Symbol" w:hAnsi="Segoe UI Symbol" w:cs="Segoe UI Symbol"/>
          <w:sz w:val="22"/>
          <w:lang w:val="it-IT"/>
        </w:rPr>
        <w:t>☐</w:t>
      </w:r>
      <w:r w:rsidRPr="004C5A62">
        <w:rPr>
          <w:rFonts w:ascii="Bookman Old Style" w:hAnsi="Bookman Old Style"/>
          <w:sz w:val="22"/>
          <w:lang w:val="it-IT"/>
        </w:rPr>
        <w:t xml:space="preserve"> altro ____________________</w:t>
      </w:r>
    </w:p>
    <w:p w14:paraId="6F4CA9AD" w14:textId="77777777" w:rsidR="00A95155" w:rsidRPr="004C5A62" w:rsidRDefault="00683C8D" w:rsidP="004C5A62">
      <w:pPr>
        <w:spacing w:after="0" w:line="360" w:lineRule="auto"/>
        <w:jc w:val="both"/>
        <w:rPr>
          <w:rFonts w:ascii="Bookman Old Style" w:hAnsi="Bookman Old Style"/>
          <w:sz w:val="22"/>
          <w:lang w:val="it-IT"/>
        </w:rPr>
      </w:pPr>
      <w:r w:rsidRPr="004C5A62">
        <w:rPr>
          <w:rFonts w:ascii="Bookman Old Style" w:hAnsi="Bookman Old Style"/>
          <w:b/>
          <w:sz w:val="22"/>
          <w:lang w:val="it-IT"/>
        </w:rPr>
        <w:t>DOCUMENTAZIONE ALLEGATA</w:t>
      </w:r>
    </w:p>
    <w:p w14:paraId="6B164E87" w14:textId="77777777" w:rsidR="00A95155" w:rsidRPr="004C5A62" w:rsidRDefault="00683C8D" w:rsidP="004C5A62">
      <w:pPr>
        <w:spacing w:after="0" w:line="360" w:lineRule="auto"/>
        <w:jc w:val="both"/>
        <w:rPr>
          <w:rFonts w:ascii="Bookman Old Style" w:hAnsi="Bookman Old Style"/>
          <w:sz w:val="22"/>
          <w:lang w:val="it-IT"/>
        </w:rPr>
      </w:pPr>
      <w:r w:rsidRPr="004C5A62">
        <w:rPr>
          <w:rFonts w:ascii="Segoe UI Symbol" w:hAnsi="Segoe UI Symbol" w:cs="Segoe UI Symbol"/>
          <w:sz w:val="22"/>
          <w:lang w:val="it-IT"/>
        </w:rPr>
        <w:t>☐</w:t>
      </w:r>
      <w:r w:rsidRPr="004C5A62">
        <w:rPr>
          <w:rFonts w:ascii="Bookman Old Style" w:hAnsi="Bookman Old Style"/>
          <w:sz w:val="22"/>
          <w:lang w:val="it-IT"/>
        </w:rPr>
        <w:t xml:space="preserve"> fotografie  </w:t>
      </w:r>
      <w:r w:rsidRPr="004C5A62">
        <w:rPr>
          <w:rFonts w:ascii="Segoe UI Symbol" w:hAnsi="Segoe UI Symbol" w:cs="Segoe UI Symbol"/>
          <w:sz w:val="22"/>
          <w:lang w:val="it-IT"/>
        </w:rPr>
        <w:t>☐</w:t>
      </w:r>
      <w:r w:rsidRPr="004C5A62">
        <w:rPr>
          <w:rFonts w:ascii="Bookman Old Style" w:hAnsi="Bookman Old Style"/>
          <w:sz w:val="22"/>
          <w:lang w:val="it-IT"/>
        </w:rPr>
        <w:t xml:space="preserve"> preventivi  </w:t>
      </w:r>
      <w:r w:rsidRPr="004C5A62">
        <w:rPr>
          <w:rFonts w:ascii="Segoe UI Symbol" w:hAnsi="Segoe UI Symbol" w:cs="Segoe UI Symbol"/>
          <w:sz w:val="22"/>
          <w:lang w:val="it-IT"/>
        </w:rPr>
        <w:t>☐</w:t>
      </w:r>
      <w:r w:rsidRPr="004C5A62">
        <w:rPr>
          <w:rFonts w:ascii="Bookman Old Style" w:hAnsi="Bookman Old Style"/>
          <w:sz w:val="22"/>
          <w:lang w:val="it-IT"/>
        </w:rPr>
        <w:t xml:space="preserve"> fatture/spese urgenti  </w:t>
      </w:r>
      <w:r w:rsidRPr="004C5A62">
        <w:rPr>
          <w:rFonts w:ascii="Segoe UI Symbol" w:hAnsi="Segoe UI Symbol" w:cs="Segoe UI Symbol"/>
          <w:sz w:val="22"/>
          <w:lang w:val="it-IT"/>
        </w:rPr>
        <w:t>☐</w:t>
      </w:r>
      <w:r w:rsidRPr="004C5A62">
        <w:rPr>
          <w:rFonts w:ascii="Bookman Old Style" w:hAnsi="Bookman Old Style"/>
          <w:sz w:val="22"/>
          <w:lang w:val="it-IT"/>
        </w:rPr>
        <w:t xml:space="preserve"> altro ______________</w:t>
      </w:r>
    </w:p>
    <w:p w14:paraId="51CF7479" w14:textId="77777777" w:rsidR="00A95155" w:rsidRPr="004C5A62" w:rsidRDefault="00683C8D" w:rsidP="004C5A62">
      <w:pPr>
        <w:spacing w:after="0" w:line="360" w:lineRule="auto"/>
        <w:jc w:val="both"/>
        <w:rPr>
          <w:rFonts w:ascii="Bookman Old Style" w:hAnsi="Bookman Old Style"/>
          <w:sz w:val="22"/>
          <w:lang w:val="it-IT"/>
        </w:rPr>
      </w:pPr>
      <w:r w:rsidRPr="004C5A62">
        <w:rPr>
          <w:rFonts w:ascii="Bookman Old Style" w:hAnsi="Bookman Old Style"/>
          <w:b/>
          <w:sz w:val="22"/>
          <w:lang w:val="it-IT"/>
        </w:rPr>
        <w:t>COPERTURA ASSICURATIVA</w:t>
      </w:r>
    </w:p>
    <w:p w14:paraId="1EB4214C" w14:textId="77777777" w:rsidR="00A95155" w:rsidRPr="004C5A62" w:rsidRDefault="00683C8D" w:rsidP="004C5A62">
      <w:pPr>
        <w:spacing w:after="0" w:line="360" w:lineRule="auto"/>
        <w:jc w:val="both"/>
        <w:rPr>
          <w:rFonts w:ascii="Bookman Old Style" w:hAnsi="Bookman Old Style"/>
          <w:sz w:val="22"/>
          <w:lang w:val="it-IT"/>
        </w:rPr>
      </w:pPr>
      <w:r w:rsidRPr="004C5A62">
        <w:rPr>
          <w:rFonts w:ascii="Bookman Old Style" w:hAnsi="Bookman Old Style"/>
          <w:sz w:val="22"/>
          <w:lang w:val="it-IT"/>
        </w:rPr>
        <w:t xml:space="preserve">Il bene risulta assicurato per il rischio? </w:t>
      </w:r>
      <w:r w:rsidRPr="004C5A62">
        <w:rPr>
          <w:rFonts w:ascii="Segoe UI Symbol" w:hAnsi="Segoe UI Symbol" w:cs="Segoe UI Symbol"/>
          <w:sz w:val="22"/>
          <w:lang w:val="it-IT"/>
        </w:rPr>
        <w:t>☐</w:t>
      </w:r>
      <w:r w:rsidRPr="004C5A62">
        <w:rPr>
          <w:rFonts w:ascii="Bookman Old Style" w:hAnsi="Bookman Old Style"/>
          <w:sz w:val="22"/>
          <w:lang w:val="it-IT"/>
        </w:rPr>
        <w:t xml:space="preserve"> s</w:t>
      </w:r>
      <w:r w:rsidRPr="004C5A62">
        <w:rPr>
          <w:rFonts w:ascii="Bookman Old Style" w:hAnsi="Bookman Old Style" w:cs="Bookman Old Style"/>
          <w:sz w:val="22"/>
          <w:lang w:val="it-IT"/>
        </w:rPr>
        <w:t>ì</w:t>
      </w:r>
      <w:r w:rsidRPr="004C5A62">
        <w:rPr>
          <w:rFonts w:ascii="Bookman Old Style" w:hAnsi="Bookman Old Style"/>
          <w:sz w:val="22"/>
          <w:lang w:val="it-IT"/>
        </w:rPr>
        <w:t xml:space="preserve"> </w:t>
      </w:r>
      <w:r w:rsidRPr="004C5A62">
        <w:rPr>
          <w:rFonts w:ascii="Segoe UI Symbol" w:hAnsi="Segoe UI Symbol" w:cs="Segoe UI Symbol"/>
          <w:sz w:val="22"/>
          <w:lang w:val="it-IT"/>
        </w:rPr>
        <w:t>☐</w:t>
      </w:r>
      <w:r w:rsidRPr="004C5A62">
        <w:rPr>
          <w:rFonts w:ascii="Bookman Old Style" w:hAnsi="Bookman Old Style"/>
          <w:sz w:val="22"/>
          <w:lang w:val="it-IT"/>
        </w:rPr>
        <w:t xml:space="preserve"> no </w:t>
      </w:r>
      <w:r w:rsidRPr="004C5A62">
        <w:rPr>
          <w:rFonts w:ascii="Segoe UI Symbol" w:hAnsi="Segoe UI Symbol" w:cs="Segoe UI Symbol"/>
          <w:sz w:val="22"/>
          <w:lang w:val="it-IT"/>
        </w:rPr>
        <w:t>☐</w:t>
      </w:r>
      <w:r w:rsidRPr="004C5A62">
        <w:rPr>
          <w:rFonts w:ascii="Bookman Old Style" w:hAnsi="Bookman Old Style"/>
          <w:sz w:val="22"/>
          <w:lang w:val="it-IT"/>
        </w:rPr>
        <w:t xml:space="preserve"> da verificare</w:t>
      </w:r>
      <w:r w:rsidRPr="004C5A62">
        <w:rPr>
          <w:rFonts w:ascii="Bookman Old Style" w:hAnsi="Bookman Old Style"/>
          <w:sz w:val="22"/>
          <w:lang w:val="it-IT"/>
        </w:rPr>
        <w:br/>
        <w:t>Compagnia/polizza, se nota: ______________________________________________</w:t>
      </w:r>
    </w:p>
    <w:p w14:paraId="7F6E2431" w14:textId="77777777" w:rsidR="00A95155" w:rsidRPr="004C5A62" w:rsidRDefault="00683C8D" w:rsidP="004C5A62">
      <w:pPr>
        <w:spacing w:after="0" w:line="360" w:lineRule="auto"/>
        <w:jc w:val="both"/>
        <w:rPr>
          <w:rFonts w:ascii="Bookman Old Style" w:hAnsi="Bookman Old Style"/>
          <w:sz w:val="22"/>
          <w:lang w:val="it-IT"/>
        </w:rPr>
      </w:pPr>
      <w:r w:rsidRPr="004C5A62">
        <w:rPr>
          <w:rFonts w:ascii="Bookman Old Style" w:hAnsi="Bookman Old Style"/>
          <w:sz w:val="22"/>
          <w:lang w:val="it-IT"/>
        </w:rPr>
        <w:t>Il sottoscritto dichiara, per quanto a propria conoscenza, la riferibilità dei danni sopra descritti all'evento del 28 agosto 2026 e prende atto della natura esclusivamente ricognitiva della presente comunicazione.</w:t>
      </w:r>
    </w:p>
    <w:p w14:paraId="3F6F65DC" w14:textId="77777777" w:rsidR="00A95155" w:rsidRPr="004C5A62" w:rsidRDefault="00683C8D" w:rsidP="004C5A62">
      <w:pPr>
        <w:spacing w:after="0" w:line="360" w:lineRule="auto"/>
        <w:jc w:val="both"/>
        <w:rPr>
          <w:rFonts w:ascii="Bookman Old Style" w:hAnsi="Bookman Old Style"/>
          <w:sz w:val="22"/>
          <w:lang w:val="it-IT"/>
        </w:rPr>
      </w:pPr>
      <w:r w:rsidRPr="004C5A62">
        <w:rPr>
          <w:rFonts w:ascii="Bookman Old Style" w:hAnsi="Bookman Old Style"/>
          <w:sz w:val="22"/>
          <w:lang w:val="it-IT"/>
        </w:rPr>
        <w:t>Data ____________________    Firma _______________________________________</w:t>
      </w:r>
    </w:p>
    <w:p w14:paraId="11FA0E86" w14:textId="77777777" w:rsidR="004C5A62" w:rsidRDefault="004C5A62" w:rsidP="004C5A62">
      <w:pPr>
        <w:spacing w:after="0" w:line="240" w:lineRule="auto"/>
        <w:jc w:val="both"/>
        <w:rPr>
          <w:rFonts w:ascii="Bookman Old Style" w:hAnsi="Bookman Old Style"/>
          <w:sz w:val="16"/>
          <w:szCs w:val="16"/>
          <w:lang w:val="it-IT"/>
        </w:rPr>
      </w:pPr>
    </w:p>
    <w:p w14:paraId="03362997" w14:textId="77777777" w:rsidR="004C5A62" w:rsidRDefault="004C5A62" w:rsidP="004C5A62">
      <w:pPr>
        <w:spacing w:after="0" w:line="240" w:lineRule="auto"/>
        <w:jc w:val="both"/>
        <w:rPr>
          <w:rFonts w:ascii="Bookman Old Style" w:hAnsi="Bookman Old Style"/>
          <w:sz w:val="16"/>
          <w:szCs w:val="16"/>
          <w:lang w:val="it-IT"/>
        </w:rPr>
      </w:pPr>
    </w:p>
    <w:p w14:paraId="4DC7E856" w14:textId="77777777" w:rsidR="004C5A62" w:rsidRDefault="004C5A62" w:rsidP="004C5A62">
      <w:pPr>
        <w:spacing w:after="0" w:line="240" w:lineRule="auto"/>
        <w:jc w:val="both"/>
        <w:rPr>
          <w:rFonts w:ascii="Bookman Old Style" w:hAnsi="Bookman Old Style"/>
          <w:sz w:val="16"/>
          <w:szCs w:val="16"/>
          <w:lang w:val="it-IT"/>
        </w:rPr>
      </w:pPr>
    </w:p>
    <w:p w14:paraId="2FA37EB7" w14:textId="4FE6368F" w:rsidR="00A95155" w:rsidRPr="004C5A62" w:rsidRDefault="00683C8D" w:rsidP="004C5A62">
      <w:pPr>
        <w:spacing w:after="0" w:line="240" w:lineRule="auto"/>
        <w:jc w:val="both"/>
        <w:rPr>
          <w:rFonts w:ascii="Bookman Old Style" w:hAnsi="Bookman Old Style"/>
          <w:sz w:val="16"/>
          <w:szCs w:val="16"/>
          <w:lang w:val="it-IT"/>
        </w:rPr>
      </w:pPr>
      <w:r w:rsidRPr="004C5A62">
        <w:rPr>
          <w:rFonts w:ascii="Bookman Old Style" w:hAnsi="Bookman Old Style"/>
          <w:sz w:val="16"/>
          <w:szCs w:val="16"/>
          <w:lang w:val="it-IT"/>
        </w:rPr>
        <w:t>I dati personali saranno trattati dal Comune esclusivamente per le finalità istituzionali connesse alla ricognizione dei danni e agli eventuali successivi procedimenti di protezione civile, nel rispetto della normativa vigente.</w:t>
      </w:r>
    </w:p>
    <w:sectPr w:rsidR="00A95155" w:rsidRPr="004C5A62" w:rsidSect="00034616">
      <w:pgSz w:w="12240" w:h="15840"/>
      <w:pgMar w:top="1247" w:right="1417" w:bottom="124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6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20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1E2B0B"/>
    <w:rsid w:val="0029639D"/>
    <w:rsid w:val="00326F90"/>
    <w:rsid w:val="00446554"/>
    <w:rsid w:val="004C5A62"/>
    <w:rsid w:val="00683C8D"/>
    <w:rsid w:val="00A95155"/>
    <w:rsid w:val="00AA1D8D"/>
    <w:rsid w:val="00B47730"/>
    <w:rsid w:val="00CB0664"/>
    <w:rsid w:val="00EB580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F7B4F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C693F"/>
    <w:rPr>
      <w:rFonts w:ascii="Arial" w:hAnsi="Arial"/>
      <w:sz w:val="21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C693F"/>
    <w:rPr>
      <w:rFonts w:ascii="Arial" w:hAnsi="Arial"/>
      <w:sz w:val="21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8157DD0-A5E8-4641-8AF4-FE07DA9D2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278</Words>
  <Characters>1591</Characters>
  <Application>Microsoft Office Word</Application>
  <DocSecurity>0</DocSecurity>
  <Lines>13</Lines>
  <Paragraphs>3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1866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SC</cp:lastModifiedBy>
  <cp:revision>3</cp:revision>
  <cp:lastPrinted>2026-08-29T09:39:00Z</cp:lastPrinted>
  <dcterms:created xsi:type="dcterms:W3CDTF">2026-08-29T09:36:00Z</dcterms:created>
  <dcterms:modified xsi:type="dcterms:W3CDTF">2026-08-29T09:40:00Z</dcterms:modified>
</cp:coreProperties>
</file>